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הגיבוש הכיתתי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מטרת שבוע הגיבוש הכיתתי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פעילויות גיבוש המתאימות לגילאים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התאמות לתלמידים עולים ולתלמידי חנ"מ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לחזק שיתוף פעולה והנאה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מי כמוני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לגעת בכוסות ביד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שיתוף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משחק הישרדות על אי בודד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בהתאמה לעולים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המשחק נשאר קבוע וחוזר 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רשום ברשימת הציוד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שיתוף המשפחות הוא בגדר 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מוגדר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פעילות לשכבת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(יסודי א-ג)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(יסודי א-ג)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(יסודי ד-ו)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(חטיבת ביניים)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(תיכון)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5 משחקים, אחד לכל 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חידות ומעטפות לאוצר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לחלק לקבוצות מעורבות מראש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לפתוח ביום עצמו בהסבר שהניקוד הוא על שיתוף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לקיים סבב משוב קצר בסוף השבוע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הצעה ברורה, הסבר כיצד המשחק מחזק שיתוף פעולה, התאמה לגיל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מניעת תחרותיות, עידוד עבודת צוות, תחושת שייכות לכל התלמידים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שיתוף פעולה, הנאה והרגשת שייכות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מתאימה משכבת הגיל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מניעת תחרותיות ועידוד עבודת 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הדף כחלק מהכנה לשבוע עצמו ולדון בפעילויות לפני שמתחילים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להדגיש את חשיבות ההתאמות לעולים ולתלמידי חנ"מ לפני ביצוע המשחקים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בסבב משוב קצר כפי שמוצע בצ'קליסט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הגיבוש הכיתתי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בשבוע הזה הכיתה עושה יחד משחקים ומשימות. המטרה היא שכולם ירגישו חלק מהקבוצה.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גיבוש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להתחבר ולהיות קבוצה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שיתוף 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לעבוד יחד למטרה משותפת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אמנה כיתתית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כללים שהכיתה כותבת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משימות שונות שמסתובבים ביניהן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חנ"מ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חינוך מיוחד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בפעילות כדי שכולם יוכלו להשתתף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מה היה טוב ומה אפשר לשפר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עושים את שבוע הגיבוש?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לשפר 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לחזק שיתוף פעולה והנאה משותפת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להתכונן למבחן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לבחור נציגות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משחק מתאים לילדים קטנים?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אוצר כיתתי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פאזל 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כמוני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אתגר המגדל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אסור באתגר המגדל?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לגעת בכוסות 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להשתמש בחוטים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לעבוד בקבוצות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נותנים נקודות באולימפיאדה?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ניצחון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שיתוף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כוח פיזי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משימה בתיכון עוסקת בבחירות?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בניית סמל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הישרדות על אי בודד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יומן הגיבוש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אוצר כיתתי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בהתאמה לעולים חדשים משבצים בכל קבוצה תלמיד שמדבר את שפתם, כדי שיהיה גשר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בהתאמה לתלמידי חנ"מ מחליפים את המשחק בכל יום כדי שלא יהיה משעמם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בציוד הדרוש לשבוע נכללים חבל ארוך ופאזל קרטון גדול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המשפחות בשבוע הגיבוש הוא חובה לכל התלמידים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במשימת החבל הצבעוני הכיתה יוצרת צורה על הרצפה בלי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באוצר הכיתתי כל קבוצה פותרת חידה ומקבלת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כל יום בשבוע הגיבוש לכיתות ד-ו כותבים יחד __________ אחד על מה שהצליח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בבניית סמל הכיתה בחטיבת הביניים התהליך כולל בחירת שם, צבע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בערב הגיבוש בתיכון התלמידים מתכננים בעזרת ועדות קטנות עם תקציב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פעילות לשכבת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 כמוני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יסודי ד-ו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פאזל 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חטיבת ביניים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אתגר המגדל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אולימפיאדת 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יסודי א-ג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משחק הישרדות על אי בודד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יסודי א-ג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ההכנה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להכין חידות ומעטפות לאוצר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5 משחקים, אחד לכל יום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לפתוח ביום עצמו בהסבר שהניקוד הוא על שיתוף פעולה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לקיים סבב משוב קצר בסוף השבוע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לחלק לקבוצות מעורבות מראש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הציעו משחק גיבוש חדש שמתאים לכיתה שלכם, ונמקו כיצד הוא יעזור לשיתוף הפעולה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חשוב שהניקוד בפעילויות הגיבוש יתבסס על שיתוף פעולה ולא על ניצחון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המרכזית של שבוע הגיבוש הכיתתי?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לפעילות גיבוש המתאימה לגיל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שהניקוד יהיה על שיתוף פעולה ולא על ניצחון?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הגיבוש הכיתתי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