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הגיבוש הכיתתי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מטרת שבוע הגיבוש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פעילויות גיבוש המתאימות לגילאים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התאמות לתלמידים עולים ולתלמידי חנ"מ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לחזק שיתוף פעולה והנאה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 כמוני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בהתאמה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רשום ברשימת הציוד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(יסודי ד-ו)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(חטיבת ביניים)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5 משחקים, אחד לכל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חידות ומעטפות לאוצר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לחלק לקבוצות מעורבות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הצעה ברורה, הסבר כיצד המשחק מחזק שיתוף פעולה, התאמה לגיל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שיתוף פעולה, הנאה והרגשת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משכבת הגיל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מניעת תחרותיות ועידוד 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כחלק מהכנה לשבוע עצמו ולדון בפעילויות לפני שמתחילים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חשיבות ההתאמות לעולים ולתלמידי חנ"מ לפני ביצוע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בסבב משוב קצר כפי שמוצע בצ'קליסט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הגיבוש הכיתתי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בשבוע הגיבוש הכיתתי הכיתה עוסקת יחד במשחקים ובמשימות משותפות, כדי לחזק שיתוף פעולה, הנאה והרגשה שכל אחד שייך לקבוצה.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משפט  ·  לדבר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שבוע הגיבוש הכיתתי?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לשפר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לחזק שיתוף פעולה והנאה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להתכונן למבחן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משחק לכיתות א-ג המורה אומרת משפט וכל מי שנכון לגביו קם?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אוצר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פאזל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כמוני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בהתאמה לעולים חדשים משבצים בכל קבוצה תלמיד שמדבר את שפתם, כדי שיהיה גשר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בציוד הדרוש לשבוע נכללים חבל ארוך ופאזל קרטון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במשימת החבל הצבעוני הכיתה יוצרת צורה על הרצפה בלי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בסוף כל יום בשבוע הגיבוש לכיתות ד-ו כותבים יחד __________ אחד על מה שהצליח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 כמוני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חטיבת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פאזל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יסודי ד-ו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אתגר המגדל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יסודי א-ג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אולימפיאדת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יסודי א-ג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ההכנה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לחלק לקבוצות מעורבות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5 משחקים, אחד לכל 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חידות ומעטפות לאוצר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הציעו משחק גיבוש חדש שמתאים לכיתה שלכם, ונמקו כיצד הוא יעזור לשיתוף הפעולה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המטרה המרכזית של שבוע הגיבוש הכיתתי?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לפעילות גיבוש המתאימה לגיל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הגיבוש הכיתתי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